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05BF5" w:rsidP="00816275" w:rsidRDefault="00B30782" w14:paraId="0AC3F366" w14:textId="17A0537A">
      <w:pPr>
        <w:pStyle w:val="LABELorKICKER"/>
      </w:pPr>
      <w:r>
        <w:t xml:space="preserve">OFFICE OF ACADEMIC AFFAIRS </w:t>
      </w:r>
      <w:r w:rsidR="00816275">
        <w:t>| AI</w:t>
      </w:r>
      <w:r>
        <w:t xml:space="preserve"> FLUENCY</w:t>
      </w:r>
    </w:p>
    <w:p w:rsidRPr="00816275" w:rsidR="00705BF5" w:rsidP="00816275" w:rsidRDefault="00B30782" w14:paraId="1A5D3D77" w14:textId="77777777">
      <w:pPr>
        <w:pStyle w:val="Heading1"/>
      </w:pPr>
      <w:r w:rsidRPr="00816275">
        <w:t>AI Fluency Innovation Microfunds Application Cover Sheet</w:t>
      </w:r>
    </w:p>
    <w:p w:rsidR="00705BF5" w:rsidP="00816275" w:rsidRDefault="00B30782" w14:paraId="060BB48F" w14:textId="77777777">
      <w:pPr>
        <w:pStyle w:val="Subhead"/>
      </w:pPr>
      <w:r>
        <w:t>Academic Year 2026-</w:t>
      </w:r>
      <w:r w:rsidRPr="00816275">
        <w:t>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705BF5" w14:paraId="34B46CD5" w14:textId="77777777">
        <w:trPr>
          <w:jc w:val="center"/>
        </w:trPr>
        <w:tc>
          <w:tcPr>
            <w:tcW w:w="9936" w:type="dxa"/>
            <w:shd w:val="clear" w:color="auto" w:fill="F2F2F2"/>
            <w:tcMar>
              <w:top w:w="140" w:type="dxa"/>
              <w:left w:w="170" w:type="dxa"/>
              <w:bottom w:w="140" w:type="dxa"/>
              <w:right w:w="170" w:type="dxa"/>
            </w:tcMar>
          </w:tcPr>
          <w:p w:rsidR="00705BF5" w:rsidRDefault="00B30782" w14:paraId="0A1A7984" w14:textId="52C079E4">
            <w:pPr>
              <w:spacing w:after="0"/>
            </w:pPr>
            <w:r>
              <w:t xml:space="preserve">Complete </w:t>
            </w:r>
            <w:r w:rsidR="00E664E7">
              <w:t xml:space="preserve">all sections below which includes </w:t>
            </w:r>
            <w:r w:rsidR="0098300F">
              <w:t>your project’s narrative in Section 2</w:t>
            </w:r>
            <w:r>
              <w:t xml:space="preserve"> and the program budget template. The narrative should follow the prompts and page limits provided in the call for proposals. Tier 4 applicants should also include any required attachments.</w:t>
            </w:r>
          </w:p>
        </w:tc>
      </w:tr>
    </w:tbl>
    <w:p w:rsidR="00705BF5" w:rsidRDefault="00705BF5" w14:paraId="08C003D8" w14:textId="77777777">
      <w:pPr>
        <w:spacing w:after="0"/>
      </w:pPr>
    </w:p>
    <w:p w:rsidR="00705BF5" w:rsidP="00816275" w:rsidRDefault="00B30782" w14:paraId="49602E7D" w14:textId="77777777">
      <w:pPr>
        <w:pStyle w:val="Heading2"/>
      </w:pPr>
      <w:r>
        <w:t>1. Applicant and Project Information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6768"/>
      </w:tblGrid>
      <w:tr w:rsidR="00705BF5" w14:paraId="70904754" w14:textId="77777777">
        <w:trPr>
          <w:cantSplit/>
          <w:jc w:val="center"/>
        </w:trPr>
        <w:tc>
          <w:tcPr>
            <w:tcW w:w="3024" w:type="dxa"/>
            <w:shd w:val="clear" w:color="auto" w:fill="E7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09E45405" w14:textId="77777777">
            <w:pPr>
              <w:spacing w:after="0"/>
            </w:pPr>
            <w:r>
              <w:rPr>
                <w:b/>
                <w:sz w:val="18"/>
              </w:rPr>
              <w:t>Project title</w:t>
            </w:r>
          </w:p>
        </w:tc>
        <w:tc>
          <w:tcPr>
            <w:tcW w:w="676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1777F8CB" w14:textId="77777777">
            <w:pPr>
              <w:spacing w:after="0"/>
            </w:pPr>
            <w:r>
              <w:rPr>
                <w:color w:val="595959"/>
                <w:sz w:val="18"/>
              </w:rPr>
              <w:t>Click or tap here to enter text.</w:t>
            </w:r>
          </w:p>
        </w:tc>
      </w:tr>
      <w:tr w:rsidR="00705BF5" w14:paraId="2938132E" w14:textId="77777777">
        <w:trPr>
          <w:cantSplit/>
          <w:jc w:val="center"/>
        </w:trPr>
        <w:tc>
          <w:tcPr>
            <w:tcW w:w="3024" w:type="dxa"/>
            <w:shd w:val="clear" w:color="auto" w:fill="E7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6A0D5B92" w14:textId="77777777">
            <w:pPr>
              <w:spacing w:after="0"/>
            </w:pPr>
            <w:r>
              <w:rPr>
                <w:b/>
                <w:sz w:val="18"/>
              </w:rPr>
              <w:t>Lead applicant</w:t>
            </w:r>
          </w:p>
        </w:tc>
        <w:tc>
          <w:tcPr>
            <w:tcW w:w="676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1D7EEC33" w14:textId="0E88085A">
            <w:pPr>
              <w:spacing w:after="0"/>
            </w:pPr>
            <w:r>
              <w:rPr>
                <w:color w:val="595959"/>
                <w:sz w:val="18"/>
              </w:rPr>
              <w:t>Name</w:t>
            </w:r>
            <w:r w:rsidR="0046710D">
              <w:rPr>
                <w:color w:val="595959"/>
                <w:sz w:val="18"/>
              </w:rPr>
              <w:t xml:space="preserve"> and </w:t>
            </w:r>
            <w:r>
              <w:rPr>
                <w:color w:val="595959"/>
                <w:sz w:val="18"/>
              </w:rPr>
              <w:t>title or role</w:t>
            </w:r>
          </w:p>
        </w:tc>
      </w:tr>
      <w:tr w:rsidR="0046710D" w14:paraId="61AA0C23" w14:textId="77777777">
        <w:trPr>
          <w:cantSplit/>
          <w:jc w:val="center"/>
        </w:trPr>
        <w:tc>
          <w:tcPr>
            <w:tcW w:w="3024" w:type="dxa"/>
            <w:shd w:val="clear" w:color="auto" w:fill="E7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46710D" w:rsidRDefault="0046710D" w14:paraId="5CB21AAC" w14:textId="3117EF8F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Email</w:t>
            </w:r>
          </w:p>
        </w:tc>
        <w:tc>
          <w:tcPr>
            <w:tcW w:w="676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46710D" w:rsidRDefault="0046710D" w14:paraId="37B624AF" w14:textId="7F792844">
            <w:pPr>
              <w:spacing w:after="0"/>
              <w:rPr>
                <w:color w:val="595959"/>
                <w:sz w:val="18"/>
              </w:rPr>
            </w:pPr>
            <w:r>
              <w:rPr>
                <w:color w:val="595959"/>
                <w:sz w:val="18"/>
              </w:rPr>
              <w:t>Ohio State email</w:t>
            </w:r>
          </w:p>
        </w:tc>
      </w:tr>
      <w:tr w:rsidR="00705BF5" w14:paraId="5871F563" w14:textId="77777777">
        <w:trPr>
          <w:cantSplit/>
          <w:jc w:val="center"/>
        </w:trPr>
        <w:tc>
          <w:tcPr>
            <w:tcW w:w="3024" w:type="dxa"/>
            <w:shd w:val="clear" w:color="auto" w:fill="E7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67449D75" w14:textId="77777777">
            <w:pPr>
              <w:spacing w:after="0"/>
            </w:pPr>
            <w:r>
              <w:rPr>
                <w:b/>
                <w:sz w:val="18"/>
              </w:rPr>
              <w:t>Department, unit, or major</w:t>
            </w:r>
          </w:p>
        </w:tc>
        <w:tc>
          <w:tcPr>
            <w:tcW w:w="676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4E5971DC" w14:textId="77777777">
            <w:pPr>
              <w:spacing w:after="0"/>
            </w:pPr>
            <w:r>
              <w:rPr>
                <w:color w:val="595959"/>
                <w:sz w:val="18"/>
              </w:rPr>
              <w:t>Click or tap here to enter text.</w:t>
            </w:r>
          </w:p>
        </w:tc>
      </w:tr>
      <w:tr w:rsidR="00705BF5" w14:paraId="292E8AA5" w14:textId="77777777">
        <w:trPr>
          <w:cantSplit/>
          <w:jc w:val="center"/>
        </w:trPr>
        <w:tc>
          <w:tcPr>
            <w:tcW w:w="3024" w:type="dxa"/>
            <w:shd w:val="clear" w:color="auto" w:fill="E7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26DFC975" w14:textId="77777777">
            <w:pPr>
              <w:spacing w:after="0"/>
            </w:pPr>
            <w:r>
              <w:rPr>
                <w:b/>
                <w:sz w:val="18"/>
              </w:rPr>
              <w:t>Co-applicants or project team</w:t>
            </w:r>
          </w:p>
        </w:tc>
        <w:tc>
          <w:tcPr>
            <w:tcW w:w="676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724055F5" w14:textId="77777777">
            <w:pPr>
              <w:spacing w:after="0"/>
            </w:pPr>
            <w:r>
              <w:rPr>
                <w:color w:val="595959"/>
                <w:sz w:val="18"/>
              </w:rPr>
              <w:t>Names, roles, and Ohio State emails, if applicable</w:t>
            </w:r>
          </w:p>
        </w:tc>
      </w:tr>
      <w:tr w:rsidR="00705BF5" w14:paraId="25B9E7F0" w14:textId="77777777">
        <w:trPr>
          <w:cantSplit/>
          <w:jc w:val="center"/>
        </w:trPr>
        <w:tc>
          <w:tcPr>
            <w:tcW w:w="3024" w:type="dxa"/>
            <w:shd w:val="clear" w:color="auto" w:fill="E7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7989B255" w14:textId="77777777">
            <w:pPr>
              <w:spacing w:after="0"/>
            </w:pPr>
            <w:r>
              <w:rPr>
                <w:b/>
                <w:sz w:val="18"/>
              </w:rPr>
              <w:t>Funding tier requested</w:t>
            </w:r>
          </w:p>
        </w:tc>
        <w:tc>
          <w:tcPr>
            <w:tcW w:w="676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328B5147" w14:textId="77777777">
            <w:pPr>
              <w:spacing w:after="0"/>
            </w:pPr>
            <w:r>
              <w:rPr>
                <w:color w:val="595959"/>
                <w:sz w:val="18"/>
              </w:rPr>
              <w:t>Tier 1: Spark | Tier 2: Explore | Tier 3: Develop | Tier 4: Project</w:t>
            </w:r>
          </w:p>
        </w:tc>
      </w:tr>
      <w:tr w:rsidR="00705BF5" w14:paraId="56E81977" w14:textId="77777777">
        <w:trPr>
          <w:cantSplit/>
          <w:jc w:val="center"/>
        </w:trPr>
        <w:tc>
          <w:tcPr>
            <w:tcW w:w="3024" w:type="dxa"/>
            <w:shd w:val="clear" w:color="auto" w:fill="E7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68039F2D" w14:textId="77777777">
            <w:pPr>
              <w:spacing w:after="0"/>
            </w:pPr>
            <w:r>
              <w:rPr>
                <w:b/>
                <w:sz w:val="18"/>
              </w:rPr>
              <w:t>Total amount requested</w:t>
            </w:r>
          </w:p>
        </w:tc>
        <w:tc>
          <w:tcPr>
            <w:tcW w:w="676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6DFE7C01" w14:textId="77777777">
            <w:pPr>
              <w:spacing w:after="0"/>
            </w:pPr>
            <w:r>
              <w:rPr>
                <w:color w:val="595959"/>
                <w:sz w:val="18"/>
              </w:rPr>
              <w:t>$</w:t>
            </w:r>
          </w:p>
        </w:tc>
      </w:tr>
      <w:tr w:rsidR="007C2C13" w14:paraId="4411769A" w14:textId="77777777">
        <w:trPr>
          <w:cantSplit/>
          <w:jc w:val="center"/>
        </w:trPr>
        <w:tc>
          <w:tcPr>
            <w:tcW w:w="3024" w:type="dxa"/>
            <w:shd w:val="clear" w:color="auto" w:fill="E7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C2C13" w:rsidRDefault="007C2C13" w14:paraId="0E6D496E" w14:textId="7F851C95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Unit worktags</w:t>
            </w:r>
          </w:p>
        </w:tc>
        <w:tc>
          <w:tcPr>
            <w:tcW w:w="676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C2C13" w:rsidRDefault="002F1640" w14:paraId="11A6B8EF" w14:textId="55471D7C">
            <w:pPr>
              <w:spacing w:after="0"/>
              <w:rPr>
                <w:color w:val="595959"/>
                <w:sz w:val="18"/>
              </w:rPr>
            </w:pPr>
            <w:r>
              <w:rPr>
                <w:color w:val="595959"/>
                <w:sz w:val="18"/>
              </w:rPr>
              <w:t>Include relevant worktags for appropriate fund dispersal; confirm with unit fiscal rep</w:t>
            </w:r>
          </w:p>
        </w:tc>
      </w:tr>
      <w:tr w:rsidR="00705BF5" w14:paraId="18DD8C82" w14:textId="77777777">
        <w:trPr>
          <w:cantSplit/>
          <w:jc w:val="center"/>
        </w:trPr>
        <w:tc>
          <w:tcPr>
            <w:tcW w:w="3024" w:type="dxa"/>
            <w:shd w:val="clear" w:color="auto" w:fill="E7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2125C1AD" w14:textId="77777777">
            <w:pPr>
              <w:spacing w:after="0"/>
            </w:pPr>
            <w:r>
              <w:rPr>
                <w:b/>
                <w:sz w:val="18"/>
              </w:rPr>
              <w:t>Proposed start date</w:t>
            </w:r>
          </w:p>
        </w:tc>
        <w:tc>
          <w:tcPr>
            <w:tcW w:w="676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4083BC5A" w14:textId="77777777">
            <w:pPr>
              <w:spacing w:after="0"/>
            </w:pPr>
            <w:r>
              <w:rPr>
                <w:color w:val="595959"/>
                <w:sz w:val="18"/>
              </w:rPr>
              <w:t>Month Day, Year</w:t>
            </w:r>
          </w:p>
        </w:tc>
      </w:tr>
      <w:tr w:rsidR="00705BF5" w14:paraId="12C354AA" w14:textId="77777777">
        <w:trPr>
          <w:cantSplit/>
          <w:jc w:val="center"/>
        </w:trPr>
        <w:tc>
          <w:tcPr>
            <w:tcW w:w="3024" w:type="dxa"/>
            <w:shd w:val="clear" w:color="auto" w:fill="E7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06641978" w14:textId="77777777">
            <w:pPr>
              <w:spacing w:after="0"/>
            </w:pPr>
            <w:r>
              <w:rPr>
                <w:b/>
                <w:sz w:val="18"/>
              </w:rPr>
              <w:t>Anticipated completion date</w:t>
            </w:r>
          </w:p>
        </w:tc>
        <w:tc>
          <w:tcPr>
            <w:tcW w:w="676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4931B396" w14:textId="77777777">
            <w:pPr>
              <w:spacing w:after="0"/>
            </w:pPr>
            <w:r>
              <w:rPr>
                <w:color w:val="595959"/>
                <w:sz w:val="18"/>
              </w:rPr>
              <w:t>Month Day, Year</w:t>
            </w:r>
          </w:p>
        </w:tc>
      </w:tr>
    </w:tbl>
    <w:p w:rsidR="005443C3" w:rsidP="005443C3" w:rsidRDefault="005443C3" w14:paraId="2E85B119" w14:textId="31F84767">
      <w:pPr>
        <w:pStyle w:val="Heading2"/>
      </w:pPr>
      <w:r>
        <w:t>2</w:t>
      </w:r>
      <w:r>
        <w:t xml:space="preserve">. </w:t>
      </w:r>
      <w:r>
        <w:t>Project Narrative</w:t>
      </w:r>
    </w:p>
    <w:p w:rsidR="00094A05" w:rsidP="00094A05" w:rsidRDefault="00094A05" w14:paraId="58EAA6B0" w14:textId="70B23968">
      <w:pPr>
        <w:pStyle w:val="NameofSource"/>
      </w:pPr>
      <w:r>
        <w:t>A Note about Length: For Tiers 1 and 2: Aim for approximately one page. For Tier 3: Up to two pages. For Tier 4: up to three pages</w:t>
      </w:r>
    </w:p>
    <w:p w:rsidR="005443C3" w:rsidP="005443C3" w:rsidRDefault="00465ABA" w14:paraId="7654CE92" w14:textId="3503413E">
      <w:r>
        <w:t>Please complete the following prompts directly in this document for your project nar</w:t>
      </w:r>
      <w:r w:rsidR="005449EA">
        <w:t>rative:</w:t>
      </w:r>
    </w:p>
    <w:p w:rsidRPr="005C49BB" w:rsidR="005C49BB" w:rsidP="005C49BB" w:rsidRDefault="005C49BB" w14:paraId="3EA49E94" w14:textId="77777777">
      <w:pPr>
        <w:numPr>
          <w:ilvl w:val="0"/>
          <w:numId w:val="10"/>
        </w:numPr>
      </w:pPr>
      <w:r w:rsidRPr="005C49BB">
        <w:t>What idea, question, problem, need, or opportunity will the project address?</w:t>
      </w:r>
    </w:p>
    <w:p w:rsidRPr="005C49BB" w:rsidR="005C49BB" w:rsidP="005C49BB" w:rsidRDefault="005C49BB" w14:paraId="4C646AD5" w14:textId="77777777">
      <w:pPr>
        <w:numPr>
          <w:ilvl w:val="0"/>
          <w:numId w:val="10"/>
        </w:numPr>
      </w:pPr>
      <w:r w:rsidRPr="005C49BB">
        <w:t>What activities or work are proposed?</w:t>
      </w:r>
    </w:p>
    <w:p w:rsidRPr="005C49BB" w:rsidR="005C49BB" w:rsidP="005C49BB" w:rsidRDefault="005C49BB" w14:paraId="436349C4" w14:textId="77777777">
      <w:pPr>
        <w:numPr>
          <w:ilvl w:val="0"/>
          <w:numId w:val="10"/>
        </w:numPr>
      </w:pPr>
      <w:r w:rsidRPr="005C49BB">
        <w:lastRenderedPageBreak/>
        <w:t>Why is the work significant or innovative within its disciplinary, educational, professional, or community context?</w:t>
      </w:r>
    </w:p>
    <w:p w:rsidRPr="005C49BB" w:rsidR="005C49BB" w:rsidP="005C49BB" w:rsidRDefault="005C49BB" w14:paraId="5311BC9E" w14:textId="77777777">
      <w:pPr>
        <w:numPr>
          <w:ilvl w:val="0"/>
          <w:numId w:val="10"/>
        </w:numPr>
      </w:pPr>
      <w:r w:rsidRPr="005C49BB">
        <w:t>How will the work contribute to AI fluency, including thoughtful, transparent, critical, and responsible engagement with AI within its intended context?</w:t>
      </w:r>
    </w:p>
    <w:p w:rsidRPr="005C49BB" w:rsidR="005C49BB" w:rsidP="005C49BB" w:rsidRDefault="005C49BB" w14:paraId="6A7DE01F" w14:textId="77777777">
      <w:pPr>
        <w:numPr>
          <w:ilvl w:val="0"/>
          <w:numId w:val="10"/>
        </w:numPr>
      </w:pPr>
      <w:r w:rsidRPr="005C49BB">
        <w:t>Who will be engaged or reached?</w:t>
      </w:r>
    </w:p>
    <w:p w:rsidRPr="005C49BB" w:rsidR="005C49BB" w:rsidP="005C49BB" w:rsidRDefault="005C49BB" w14:paraId="7A0C0696" w14:textId="77777777">
      <w:pPr>
        <w:numPr>
          <w:ilvl w:val="0"/>
          <w:numId w:val="10"/>
        </w:numPr>
      </w:pPr>
      <w:r w:rsidRPr="005C49BB">
        <w:t>What will the project produce, and how could its work be shared or used by others?</w:t>
      </w:r>
    </w:p>
    <w:p w:rsidR="005449EA" w:rsidP="005443C3" w:rsidRDefault="005C49BB" w14:paraId="3CCC6416" w14:textId="777E2A06">
      <w:pPr>
        <w:numPr>
          <w:ilvl w:val="0"/>
          <w:numId w:val="10"/>
        </w:numPr>
      </w:pPr>
      <w:r w:rsidRPr="005C49BB">
        <w:t>How will the team understand whether the project made progress or achieved its intended results?</w:t>
      </w:r>
    </w:p>
    <w:p w:rsidR="00094A05" w:rsidP="00094A05" w:rsidRDefault="00094A05" w14:paraId="31A90A39" w14:textId="64BB8FF0">
      <w:pPr>
        <w:pStyle w:val="Heading3"/>
      </w:pPr>
      <w:r>
        <w:t>Additional requirements for Tier 4 Proposals</w:t>
      </w:r>
    </w:p>
    <w:p w:rsidRPr="00E664E7" w:rsidR="00E664E7" w:rsidP="00E664E7" w:rsidRDefault="00E664E7" w14:paraId="7935AAF1" w14:textId="77777777">
      <w:pPr>
        <w:numPr>
          <w:ilvl w:val="0"/>
          <w:numId w:val="11"/>
        </w:numPr>
      </w:pPr>
      <w:r w:rsidRPr="00E664E7">
        <w:t xml:space="preserve">Project timeline with key milestones </w:t>
      </w:r>
    </w:p>
    <w:p w:rsidRPr="00E664E7" w:rsidR="00E664E7" w:rsidP="00E664E7" w:rsidRDefault="00E664E7" w14:paraId="1AEBDB09" w14:textId="77777777">
      <w:pPr>
        <w:numPr>
          <w:ilvl w:val="0"/>
          <w:numId w:val="11"/>
        </w:numPr>
      </w:pPr>
      <w:r w:rsidRPr="00E664E7">
        <w:t xml:space="preserve">Description of how the project could scale, transfer, or apply in other contexts </w:t>
      </w:r>
    </w:p>
    <w:p w:rsidRPr="00E664E7" w:rsidR="00E664E7" w:rsidP="00E664E7" w:rsidRDefault="00E664E7" w14:paraId="653EA8EE" w14:textId="77777777">
      <w:pPr>
        <w:numPr>
          <w:ilvl w:val="0"/>
          <w:numId w:val="11"/>
        </w:numPr>
      </w:pPr>
      <w:r w:rsidRPr="00E664E7">
        <w:t xml:space="preserve">Brief bio sketches for key project personnel </w:t>
      </w:r>
    </w:p>
    <w:p w:rsidRPr="00094A05" w:rsidR="00094A05" w:rsidP="00094A05" w:rsidRDefault="00E664E7" w14:paraId="7E3B3477" w14:textId="1CF74396">
      <w:pPr>
        <w:numPr>
          <w:ilvl w:val="0"/>
          <w:numId w:val="11"/>
        </w:numPr>
      </w:pPr>
      <w:r w:rsidRPr="00E664E7">
        <w:t>References, if applicable</w:t>
      </w:r>
    </w:p>
    <w:p w:rsidR="00705BF5" w:rsidP="00816275" w:rsidRDefault="005443C3" w14:paraId="6A93C90F" w14:textId="3CCBED21">
      <w:pPr>
        <w:pStyle w:val="Heading2"/>
      </w:pPr>
      <w:r>
        <w:t>3</w:t>
      </w:r>
      <w:r w:rsidR="00B30782">
        <w:t xml:space="preserve">. </w:t>
      </w:r>
      <w:r w:rsidRPr="00816275" w:rsidR="00B30782">
        <w:t>Submission</w:t>
      </w:r>
      <w:r w:rsidR="00B30782">
        <w:t xml:space="preserve"> Components</w:t>
      </w:r>
    </w:p>
    <w:p w:rsidR="00705BF5" w:rsidRDefault="00B30782" w14:paraId="42953358" w14:textId="77777777">
      <w:r>
        <w:t>Include the following documents in the application email:</w:t>
      </w:r>
    </w:p>
    <w:p w:rsidR="00705BF5" w:rsidP="792512FC" w:rsidRDefault="00B30782" w14:paraId="70DF8A36" w14:textId="03FCCF46">
      <w:pPr>
        <w:pStyle w:val="ListBullet"/>
        <w:spacing w:after="40"/>
        <w:rPr/>
      </w:pPr>
      <w:r w:rsidR="00B30782">
        <w:rPr/>
        <w:t>Completed application cover sheet</w:t>
      </w:r>
    </w:p>
    <w:p w:rsidR="00705BF5" w:rsidP="792512FC" w:rsidRDefault="00B30782" w14:paraId="3082AC06" w14:textId="4E044FDE">
      <w:pPr>
        <w:pStyle w:val="ListBullet"/>
        <w:spacing w:after="40"/>
        <w:rPr/>
      </w:pPr>
      <w:r w:rsidR="00B30782">
        <w:rPr/>
        <w:t>Completed budget and justification template</w:t>
      </w:r>
    </w:p>
    <w:p w:rsidR="00705BF5" w:rsidP="792512FC" w:rsidRDefault="00B30782" w14:paraId="200E35CD" w14:textId="054A93C2">
      <w:pPr>
        <w:pStyle w:val="ListBullet"/>
        <w:spacing w:after="40"/>
        <w:rPr/>
      </w:pPr>
      <w:r w:rsidR="00B30782">
        <w:rPr/>
        <w:t xml:space="preserve">Tier 4 attachments, if applicable: project timeline with key milestones, </w:t>
      </w:r>
      <w:r w:rsidR="00B30782">
        <w:rPr/>
        <w:t>transferability</w:t>
      </w:r>
      <w:r w:rsidR="00B30782">
        <w:rPr/>
        <w:t xml:space="preserve"> or scaling information, brief </w:t>
      </w:r>
      <w:r w:rsidR="00B30782">
        <w:rPr/>
        <w:t>biosketches</w:t>
      </w:r>
      <w:r w:rsidR="00B30782">
        <w:rPr/>
        <w:t>, and references</w:t>
      </w:r>
    </w:p>
    <w:p w:rsidR="00705BF5" w:rsidP="00816275" w:rsidRDefault="005443C3" w14:paraId="5C32C839" w14:textId="79ED765B">
      <w:pPr>
        <w:pStyle w:val="Heading2"/>
      </w:pPr>
      <w:r>
        <w:t>4</w:t>
      </w:r>
      <w:r w:rsidR="00B30782">
        <w:t xml:space="preserve">. Applicant </w:t>
      </w:r>
      <w:r w:rsidRPr="00816275" w:rsidR="00B30782">
        <w:t>Certifications</w:t>
      </w:r>
    </w:p>
    <w:p w:rsidR="00705BF5" w:rsidP="792512FC" w:rsidRDefault="00B30782" w14:paraId="233808E0" w14:textId="77E3C210">
      <w:pPr>
        <w:pStyle w:val="ListBullet"/>
        <w:spacing w:after="40"/>
        <w:rPr/>
      </w:pPr>
      <w:r w:rsidR="00B30782">
        <w:rPr/>
        <w:t xml:space="preserve">The information </w:t>
      </w:r>
      <w:r w:rsidR="00B30782">
        <w:rPr/>
        <w:t>submitted</w:t>
      </w:r>
      <w:r w:rsidR="00B30782">
        <w:rPr/>
        <w:t xml:space="preserve"> is </w:t>
      </w:r>
      <w:r w:rsidR="00B30782">
        <w:rPr/>
        <w:t>accurate</w:t>
      </w:r>
      <w:r w:rsidR="00B30782">
        <w:rPr/>
        <w:t xml:space="preserve"> to the best of the applicant’s knowledge.</w:t>
      </w:r>
    </w:p>
    <w:p w:rsidR="00705BF5" w:rsidP="792512FC" w:rsidRDefault="00B30782" w14:paraId="37B94EDE" w14:textId="53A570AD">
      <w:pPr>
        <w:pStyle w:val="ListBullet"/>
        <w:spacing w:after="40"/>
        <w:rPr/>
      </w:pPr>
      <w:r w:rsidR="00B30782">
        <w:rPr/>
        <w:t xml:space="preserve">The requested activities are not already fully supported through another AI Fluency funding program. If related support exists, the narrative explains the </w:t>
      </w:r>
      <w:r w:rsidR="00B30782">
        <w:rPr/>
        <w:t>additional</w:t>
      </w:r>
      <w:r w:rsidR="00B30782">
        <w:rPr/>
        <w:t xml:space="preserve"> innovation, inquiry, or impact enabled through this request.</w:t>
      </w:r>
    </w:p>
    <w:p w:rsidR="00705BF5" w:rsidP="792512FC" w:rsidRDefault="00B30782" w14:paraId="5B137E27" w14:textId="066330CC">
      <w:pPr>
        <w:pStyle w:val="ListBullet"/>
        <w:spacing w:after="40"/>
        <w:rPr/>
      </w:pPr>
      <w:r w:rsidR="00B30782">
        <w:rPr/>
        <w:t>The applicant understands that awarded funds must follow program and university requirements.</w:t>
      </w:r>
    </w:p>
    <w:p w:rsidR="00705BF5" w:rsidP="792512FC" w:rsidRDefault="00B30782" w14:paraId="15DB8067" w14:textId="27A97772">
      <w:pPr>
        <w:pStyle w:val="ListBullet"/>
        <w:spacing w:after="40"/>
        <w:rPr/>
      </w:pPr>
      <w:r w:rsidR="00B30782">
        <w:rPr/>
        <w:t xml:space="preserve">The applicant understands that funded projects must </w:t>
      </w:r>
      <w:r w:rsidR="00B30782">
        <w:rPr/>
        <w:t>submit</w:t>
      </w:r>
      <w:r w:rsidR="00B30782">
        <w:rPr/>
        <w:t xml:space="preserve"> final deliverables and a post-award report.</w:t>
      </w:r>
    </w:p>
    <w:p w:rsidR="00705BF5" w:rsidP="792512FC" w:rsidRDefault="00B30782" w14:paraId="20D9A7EB" w14:textId="4E5E46CE">
      <w:pPr>
        <w:pStyle w:val="ListBullet"/>
        <w:spacing w:after="40"/>
        <w:rPr/>
      </w:pPr>
      <w:r w:rsidR="00B30782">
        <w:rPr/>
        <w:t xml:space="preserve">Any </w:t>
      </w:r>
      <w:r w:rsidR="00B30782">
        <w:rPr/>
        <w:t>anticipated</w:t>
      </w:r>
      <w:r w:rsidR="00B30782">
        <w:rPr/>
        <w:t xml:space="preserve"> human subjects research considerations are addressed in the narrative, if applicable.</w:t>
      </w:r>
    </w:p>
    <w:p w:rsidR="00E5603F" w:rsidP="00E5603F" w:rsidRDefault="00E5603F" w14:paraId="74DD5914" w14:textId="77777777">
      <w:pPr>
        <w:pStyle w:val="ListBullet"/>
        <w:numPr>
          <w:ilvl w:val="0"/>
          <w:numId w:val="0"/>
        </w:numPr>
        <w:spacing w:after="4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6768"/>
      </w:tblGrid>
      <w:tr w:rsidR="00705BF5" w14:paraId="5D684FA8" w14:textId="77777777">
        <w:trPr>
          <w:cantSplit/>
          <w:jc w:val="center"/>
        </w:trPr>
        <w:tc>
          <w:tcPr>
            <w:tcW w:w="3024" w:type="dxa"/>
            <w:shd w:val="clear" w:color="auto" w:fill="E7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590B9432" w14:textId="77777777">
            <w:pPr>
              <w:spacing w:after="0"/>
            </w:pPr>
            <w:r>
              <w:rPr>
                <w:b/>
                <w:sz w:val="18"/>
              </w:rPr>
              <w:t>Lead applicant signature</w:t>
            </w:r>
          </w:p>
        </w:tc>
        <w:tc>
          <w:tcPr>
            <w:tcW w:w="676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2C413A5A" w14:textId="77777777">
            <w:pPr>
              <w:spacing w:after="0"/>
            </w:pPr>
            <w:r>
              <w:rPr>
                <w:color w:val="595959"/>
                <w:sz w:val="18"/>
              </w:rPr>
              <w:t>Type name or insert signature</w:t>
            </w:r>
          </w:p>
        </w:tc>
      </w:tr>
      <w:tr w:rsidR="00705BF5" w14:paraId="08D54AF6" w14:textId="77777777">
        <w:trPr>
          <w:cantSplit/>
          <w:jc w:val="center"/>
        </w:trPr>
        <w:tc>
          <w:tcPr>
            <w:tcW w:w="3024" w:type="dxa"/>
            <w:shd w:val="clear" w:color="auto" w:fill="E7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05C4CC62" w14:textId="77777777"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w="676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705BF5" w:rsidRDefault="00B30782" w14:paraId="69E171BD" w14:textId="77777777">
            <w:pPr>
              <w:spacing w:after="0"/>
            </w:pPr>
            <w:r>
              <w:rPr>
                <w:color w:val="595959"/>
                <w:sz w:val="18"/>
              </w:rPr>
              <w:t>Month Day, Year</w:t>
            </w:r>
          </w:p>
        </w:tc>
      </w:tr>
    </w:tbl>
    <w:p w:rsidR="00705BF5" w:rsidP="00816275" w:rsidRDefault="005443C3" w14:paraId="79A97709" w14:textId="7E09F322">
      <w:pPr>
        <w:pStyle w:val="Heading2"/>
      </w:pPr>
      <w:r>
        <w:lastRenderedPageBreak/>
        <w:t>5</w:t>
      </w:r>
      <w:r w:rsidR="00B30782">
        <w:t>. Submission</w:t>
      </w:r>
    </w:p>
    <w:p w:rsidR="00705BF5" w:rsidRDefault="00B30782" w14:paraId="754892E5" w14:textId="13B05AA4">
      <w:r>
        <w:t xml:space="preserve">Email this cover </w:t>
      </w:r>
      <w:r w:rsidR="00ED6044">
        <w:t>sheer,</w:t>
      </w:r>
      <w:r>
        <w:t xml:space="preserve"> the completed budget template, and any applicable Tier 4 attachments to OSUAIFluency@osu.edu by </w:t>
      </w:r>
      <w:r w:rsidR="00D14195">
        <w:t xml:space="preserve">11:59 </w:t>
      </w:r>
      <w:r>
        <w:t>p.m. Eastern Time on the relevant quarterly deadline.</w:t>
      </w:r>
    </w:p>
    <w:p w:rsidR="00705BF5" w:rsidRDefault="00B30782" w14:paraId="7C385A57" w14:textId="77777777">
      <w:r>
        <w:rPr>
          <w:b/>
        </w:rPr>
        <w:t xml:space="preserve">Suggested email subject: </w:t>
      </w:r>
      <w:r>
        <w:t>AI Fluency Microfunds Application | [Lead Applicant] | [Project Title]</w:t>
      </w:r>
    </w:p>
    <w:sectPr w:rsidR="00705BF5" w:rsidSect="00034616">
      <w:footerReference w:type="default" r:id="rId10"/>
      <w:pgSz w:w="12240" w:h="15840" w:orient="portrait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278A1" w:rsidRDefault="004278A1" w14:paraId="1D7D2F2C" w14:textId="77777777">
      <w:pPr>
        <w:spacing w:after="0"/>
      </w:pPr>
      <w:r>
        <w:separator/>
      </w:r>
    </w:p>
  </w:endnote>
  <w:endnote w:type="continuationSeparator" w:id="0">
    <w:p w:rsidR="004278A1" w:rsidRDefault="004278A1" w14:paraId="7647981C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ckeye Serif 2">
    <w:altName w:val="Buckeye Serif 2"/>
    <w:panose1 w:val="00000000000000000000"/>
    <w:charset w:val="4D"/>
    <w:family w:val="auto"/>
    <w:pitch w:val="variable"/>
    <w:sig w:usb0="A00000FF" w:usb1="4200E07A" w:usb2="00000000" w:usb3="00000000" w:csb0="00000193" w:csb1="00000000"/>
  </w:font>
  <w:font w:name="Buckeye Serif 2 Black">
    <w:altName w:val="Buckeye Serif 2 Black"/>
    <w:panose1 w:val="00000000000000000000"/>
    <w:charset w:val="4D"/>
    <w:family w:val="auto"/>
    <w:pitch w:val="variable"/>
    <w:sig w:usb0="A00000FF" w:usb1="4200E07A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uckeye Sans 2 ExtraBold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Buckeye Sans 2 Black">
    <w:altName w:val="Buckeye Sans 2 Black"/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Buckeye Sans 2">
    <w:panose1 w:val="00000000000000000000"/>
    <w:charset w:val="00"/>
    <w:family w:val="auto"/>
    <w:pitch w:val="variable"/>
    <w:sig w:usb0="A00000FF" w:usb1="4000204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Buckeye Sans 2 SemiBold">
    <w:altName w:val="Buckeye Sans 2 SemiBold"/>
    <w:panose1 w:val="00000000000000000000"/>
    <w:charset w:val="00"/>
    <w:family w:val="auto"/>
    <w:pitch w:val="variable"/>
    <w:sig w:usb0="A00000FF" w:usb1="40002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705BF5" w:rsidRDefault="00B30782" w14:paraId="12B0A163" w14:textId="6AEFB391">
    <w:pPr>
      <w:pStyle w:val="Footer"/>
      <w:jc w:val="center"/>
    </w:pPr>
    <w:r>
      <w:rPr>
        <w:color w:val="757575"/>
        <w:sz w:val="16"/>
      </w:rPr>
      <w:t xml:space="preserve">AI Fluency Innovation Microfunds Application Cover </w:t>
    </w:r>
    <w:r w:rsidR="00E5603F">
      <w:rPr>
        <w:color w:val="757575"/>
        <w:sz w:val="16"/>
      </w:rPr>
      <w:t>Sheet |</w:t>
    </w:r>
    <w:r>
      <w:rPr>
        <w:color w:val="757575"/>
        <w:sz w:val="16"/>
      </w:rPr>
      <w:t xml:space="preserve"> Academic Year 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278A1" w:rsidRDefault="004278A1" w14:paraId="79F97913" w14:textId="77777777">
      <w:pPr>
        <w:spacing w:after="0"/>
      </w:pPr>
      <w:r>
        <w:separator/>
      </w:r>
    </w:p>
  </w:footnote>
  <w:footnote w:type="continuationSeparator" w:id="0">
    <w:p w:rsidR="004278A1" w:rsidRDefault="004278A1" w14:paraId="0152552F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12">
    <w:nsid w:val="34cd18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c1b84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B061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0AB1399"/>
    <w:multiLevelType w:val="hybridMultilevel"/>
    <w:tmpl w:val="1B6A2DA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9F33A01"/>
    <w:multiLevelType w:val="hybridMultilevel"/>
    <w:tmpl w:val="E9EEE2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2">
    <w:abstractNumId w:val="11"/>
  </w:num>
  <w:num w:numId="1" w16cid:durableId="103694094">
    <w:abstractNumId w:val="8"/>
  </w:num>
  <w:num w:numId="2" w16cid:durableId="1962570280">
    <w:abstractNumId w:val="3"/>
  </w:num>
  <w:num w:numId="3" w16cid:durableId="2023820099">
    <w:abstractNumId w:val="6"/>
  </w:num>
  <w:num w:numId="4" w16cid:durableId="249854871">
    <w:abstractNumId w:val="2"/>
  </w:num>
  <w:num w:numId="5" w16cid:durableId="370695021">
    <w:abstractNumId w:val="7"/>
  </w:num>
  <w:num w:numId="6" w16cid:durableId="596668866">
    <w:abstractNumId w:val="5"/>
  </w:num>
  <w:num w:numId="7" w16cid:durableId="786390006">
    <w:abstractNumId w:val="4"/>
  </w:num>
  <w:num w:numId="8" w16cid:durableId="855845423">
    <w:abstractNumId w:val="1"/>
  </w:num>
  <w:num w:numId="9" w16cid:durableId="954099072">
    <w:abstractNumId w:val="0"/>
  </w:num>
  <w:num w:numId="10" w16cid:durableId="274598493">
    <w:abstractNumId w:val="10"/>
  </w:num>
  <w:num w:numId="11" w16cid:durableId="12635913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2B8"/>
    <w:rsid w:val="0003377B"/>
    <w:rsid w:val="00034616"/>
    <w:rsid w:val="0006063C"/>
    <w:rsid w:val="00094A05"/>
    <w:rsid w:val="0015074B"/>
    <w:rsid w:val="00210B1D"/>
    <w:rsid w:val="0029639D"/>
    <w:rsid w:val="002F1640"/>
    <w:rsid w:val="00326F90"/>
    <w:rsid w:val="004278A1"/>
    <w:rsid w:val="0044249E"/>
    <w:rsid w:val="00465ABA"/>
    <w:rsid w:val="0046710D"/>
    <w:rsid w:val="004B2156"/>
    <w:rsid w:val="005443C3"/>
    <w:rsid w:val="005449EA"/>
    <w:rsid w:val="00577E79"/>
    <w:rsid w:val="005C49BB"/>
    <w:rsid w:val="0066458F"/>
    <w:rsid w:val="006C7D7E"/>
    <w:rsid w:val="006F14D4"/>
    <w:rsid w:val="00705BF5"/>
    <w:rsid w:val="007C2C13"/>
    <w:rsid w:val="00816275"/>
    <w:rsid w:val="00896072"/>
    <w:rsid w:val="0098300F"/>
    <w:rsid w:val="00AA1D8D"/>
    <w:rsid w:val="00B30782"/>
    <w:rsid w:val="00B47730"/>
    <w:rsid w:val="00C853AE"/>
    <w:rsid w:val="00CB0664"/>
    <w:rsid w:val="00D14195"/>
    <w:rsid w:val="00E5603F"/>
    <w:rsid w:val="00E664E7"/>
    <w:rsid w:val="00ED6044"/>
    <w:rsid w:val="00F6150F"/>
    <w:rsid w:val="00F61C05"/>
    <w:rsid w:val="00FC693F"/>
    <w:rsid w:val="7925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4062061"/>
  <w14:defaultImageDpi w14:val="300"/>
  <w15:docId w15:val="{9D5B6F0C-9752-4421-B183-9E71A5B2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16275"/>
    <w:pPr>
      <w:spacing w:after="120" w:line="240" w:lineRule="auto"/>
    </w:pPr>
    <w:rPr>
      <w:rFonts w:ascii="Buckeye Serif 2" w:hAnsi="Buckeye Serif 2" w:eastAsiaTheme="minorHAnsi"/>
      <w:color w:val="464547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275"/>
    <w:pPr>
      <w:keepNext/>
      <w:keepLines/>
      <w:spacing w:after="180"/>
      <w:outlineLvl w:val="0"/>
    </w:pPr>
    <w:rPr>
      <w:rFonts w:ascii="Buckeye Serif 2 Black" w:hAnsi="Buckeye Serif 2 Black" w:eastAsiaTheme="majorEastAsia" w:cstheme="majorBidi"/>
      <w:b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6275"/>
    <w:pPr>
      <w:keepNext/>
      <w:keepLines/>
      <w:spacing w:before="240"/>
      <w:outlineLvl w:val="1"/>
    </w:pPr>
    <w:rPr>
      <w:rFonts w:ascii="Buckeye Sans 2 ExtraBold" w:hAnsi="Buckeye Sans 2 ExtraBold" w:eastAsiaTheme="majorEastAsia" w:cstheme="majorBidi"/>
      <w:b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6275"/>
    <w:pPr>
      <w:keepNext/>
      <w:keepLines/>
      <w:spacing w:before="240"/>
      <w:outlineLvl w:val="2"/>
    </w:pPr>
    <w:rPr>
      <w:rFonts w:ascii="Buckeye Sans 2 Black" w:hAnsi="Buckeye Sans 2 Black" w:cs="Times New Roman (Headings CS)" w:eastAsiaTheme="majorEastAsia"/>
      <w:b/>
      <w:caps/>
      <w:color w:val="BA0C2F"/>
      <w:sz w:val="20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6275"/>
    <w:pPr>
      <w:keepNext/>
      <w:keepLines/>
      <w:spacing w:before="80" w:after="40"/>
      <w:outlineLvl w:val="3"/>
    </w:pPr>
    <w:rPr>
      <w:rFonts w:ascii="Buckeye Sans 2 ExtraBold" w:hAnsi="Buckeye Sans 2 ExtraBold" w:eastAsiaTheme="majorEastAsia" w:cstheme="majorBidi"/>
      <w:b/>
      <w:bCs/>
      <w:sz w:val="22"/>
      <w:szCs w:val="22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816275"/>
    <w:pPr>
      <w:outlineLvl w:val="4"/>
    </w:pPr>
  </w:style>
  <w:style w:type="paragraph" w:styleId="Heading6">
    <w:name w:val="heading 6"/>
    <w:basedOn w:val="Heading5"/>
    <w:next w:val="Normal"/>
    <w:link w:val="Heading6Char"/>
    <w:uiPriority w:val="9"/>
    <w:unhideWhenUsed/>
    <w:qFormat/>
    <w:rsid w:val="00816275"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816275"/>
    <w:pPr>
      <w:outlineLvl w:val="6"/>
    </w:pPr>
  </w:style>
  <w:style w:type="paragraph" w:styleId="Heading8">
    <w:name w:val="heading 8"/>
    <w:basedOn w:val="Heading7"/>
    <w:next w:val="Normal"/>
    <w:link w:val="Heading8Char"/>
    <w:uiPriority w:val="9"/>
    <w:unhideWhenUsed/>
    <w:qFormat/>
    <w:rsid w:val="00816275"/>
    <w:pPr>
      <w:outlineLvl w:val="7"/>
    </w:pPr>
  </w:style>
  <w:style w:type="paragraph" w:styleId="Heading9">
    <w:name w:val="heading 9"/>
    <w:basedOn w:val="Heading8"/>
    <w:next w:val="Normal"/>
    <w:link w:val="Heading9Char"/>
    <w:uiPriority w:val="9"/>
    <w:unhideWhenUsed/>
    <w:qFormat/>
    <w:rsid w:val="00816275"/>
    <w:pPr>
      <w:outlineLvl w:val="8"/>
    </w:p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627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16275"/>
    <w:rPr>
      <w:rFonts w:ascii="Buckeye Serif 2" w:hAnsi="Buckeye Serif 2" w:eastAsiaTheme="minorHAnsi"/>
      <w:color w:val="464547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qFormat/>
    <w:rsid w:val="00816275"/>
    <w:pPr>
      <w:widowControl w:val="0"/>
      <w:autoSpaceDE w:val="0"/>
      <w:autoSpaceDN w:val="0"/>
      <w:spacing w:before="360" w:line="226" w:lineRule="exact"/>
      <w:jc w:val="right"/>
    </w:pPr>
    <w:rPr>
      <w:rFonts w:ascii="Buckeye Sans 2" w:hAnsi="Buckeye Sans 2" w:eastAsia="Buckeye Sans 2" w:cs="Buckeye Sans 2"/>
      <w:b/>
      <w:sz w:val="18"/>
    </w:rPr>
  </w:style>
  <w:style w:type="character" w:styleId="FooterChar" w:customStyle="1">
    <w:name w:val="Footer Char"/>
    <w:basedOn w:val="DefaultParagraphFont"/>
    <w:link w:val="Footer"/>
    <w:uiPriority w:val="99"/>
    <w:rsid w:val="00816275"/>
    <w:rPr>
      <w:rFonts w:ascii="Buckeye Sans 2" w:hAnsi="Buckeye Sans 2" w:eastAsia="Buckeye Sans 2" w:cs="Buckeye Sans 2"/>
      <w:b/>
      <w:color w:val="464547"/>
      <w:kern w:val="2"/>
      <w:sz w:val="18"/>
      <w:szCs w:val="24"/>
      <w14:ligatures w14:val="standardContextu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816275"/>
    <w:rPr>
      <w:rFonts w:ascii="Buckeye Serif 2 Black" w:hAnsi="Buckeye Serif 2 Black" w:eastAsiaTheme="majorEastAsia" w:cstheme="majorBidi"/>
      <w:b/>
      <w:color w:val="464547"/>
      <w:kern w:val="2"/>
      <w:sz w:val="48"/>
      <w:szCs w:val="40"/>
      <w14:ligatures w14:val="standardContextual"/>
    </w:rPr>
  </w:style>
  <w:style w:type="character" w:styleId="Heading2Char" w:customStyle="1">
    <w:name w:val="Heading 2 Char"/>
    <w:basedOn w:val="DefaultParagraphFont"/>
    <w:link w:val="Heading2"/>
    <w:uiPriority w:val="9"/>
    <w:rsid w:val="00816275"/>
    <w:rPr>
      <w:rFonts w:ascii="Buckeye Sans 2 ExtraBold" w:hAnsi="Buckeye Sans 2 ExtraBold" w:eastAsiaTheme="majorEastAsia" w:cstheme="majorBidi"/>
      <w:b/>
      <w:color w:val="464547"/>
      <w:kern w:val="2"/>
      <w:sz w:val="26"/>
      <w:szCs w:val="32"/>
      <w14:ligatures w14:val="standardContextual"/>
    </w:rPr>
  </w:style>
  <w:style w:type="character" w:styleId="Heading3Char" w:customStyle="1">
    <w:name w:val="Heading 3 Char"/>
    <w:basedOn w:val="DefaultParagraphFont"/>
    <w:link w:val="Heading3"/>
    <w:uiPriority w:val="9"/>
    <w:rsid w:val="00816275"/>
    <w:rPr>
      <w:rFonts w:ascii="Buckeye Sans 2 Black" w:hAnsi="Buckeye Sans 2 Black" w:cs="Times New Roman (Headings CS)" w:eastAsiaTheme="majorEastAsia"/>
      <w:b/>
      <w:caps/>
      <w:color w:val="BA0C2F"/>
      <w:kern w:val="2"/>
      <w:sz w:val="20"/>
      <w:szCs w:val="28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816275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16275"/>
    <w:rPr>
      <w:rFonts w:asciiTheme="majorHAnsi" w:hAnsiTheme="majorHAnsi" w:eastAsiaTheme="majorEastAsia" w:cstheme="majorBidi"/>
      <w:color w:val="464547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16275"/>
    <w:rPr>
      <w:rFonts w:ascii="Buckeye Serif 2" w:hAnsi="Buckeye Serif 2"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ListParagraph">
    <w:name w:val="List Paragraph"/>
    <w:basedOn w:val="Normal"/>
    <w:uiPriority w:val="34"/>
    <w:qFormat/>
    <w:rsid w:val="00816275"/>
    <w:pPr>
      <w:ind w:left="720"/>
      <w:contextualSpacing/>
    </w:pPr>
  </w:style>
  <w:style w:type="paragraph" w:styleId="BodyText">
    <w:name w:val="Body Text"/>
    <w:aliases w:val="Paragraph Text"/>
    <w:basedOn w:val="Normal"/>
    <w:link w:val="BodyTextChar"/>
    <w:uiPriority w:val="1"/>
    <w:qFormat/>
    <w:rsid w:val="00816275"/>
    <w:pPr>
      <w:widowControl w:val="0"/>
      <w:autoSpaceDE w:val="0"/>
      <w:autoSpaceDN w:val="0"/>
      <w:spacing w:line="300" w:lineRule="auto"/>
    </w:pPr>
    <w:rPr>
      <w:rFonts w:eastAsia="Buckeye Sans 2" w:cs="Buckeye Sans 2"/>
      <w:sz w:val="22"/>
    </w:rPr>
  </w:style>
  <w:style w:type="character" w:styleId="BodyTextChar" w:customStyle="1">
    <w:name w:val="Body Text Char"/>
    <w:aliases w:val="Paragraph Text Char"/>
    <w:basedOn w:val="DefaultParagraphFont"/>
    <w:link w:val="BodyText"/>
    <w:uiPriority w:val="1"/>
    <w:rsid w:val="00816275"/>
    <w:rPr>
      <w:rFonts w:ascii="Buckeye Serif 2" w:hAnsi="Buckeye Serif 2" w:eastAsia="Buckeye Sans 2" w:cs="Buckeye Sans 2"/>
      <w:color w:val="464547"/>
      <w:kern w:val="2"/>
      <w:szCs w:val="24"/>
      <w14:ligatures w14:val="standardContextual"/>
    </w:rPr>
  </w:style>
  <w:style w:type="paragraph" w:styleId="BodyText2">
    <w:name w:val="Body Text 2"/>
    <w:aliases w:val="Supplemental Text"/>
    <w:basedOn w:val="BodyText"/>
    <w:link w:val="BodyText2Char"/>
    <w:uiPriority w:val="99"/>
    <w:unhideWhenUsed/>
    <w:qFormat/>
    <w:rsid w:val="00816275"/>
    <w:pPr>
      <w:spacing w:before="120"/>
      <w:ind w:right="115"/>
    </w:pPr>
    <w:rPr>
      <w:rFonts w:ascii="Buckeye Sans 2" w:hAnsi="Buckeye Sans 2"/>
      <w:w w:val="105"/>
      <w:sz w:val="18"/>
    </w:rPr>
  </w:style>
  <w:style w:type="character" w:styleId="BodyText2Char" w:customStyle="1">
    <w:name w:val="Body Text 2 Char"/>
    <w:aliases w:val="Supplemental Text Char"/>
    <w:basedOn w:val="DefaultParagraphFont"/>
    <w:link w:val="BodyText2"/>
    <w:uiPriority w:val="99"/>
    <w:rsid w:val="00816275"/>
    <w:rPr>
      <w:rFonts w:ascii="Buckeye Sans 2" w:hAnsi="Buckeye Sans 2" w:eastAsia="Buckeye Sans 2" w:cs="Buckeye Sans 2"/>
      <w:color w:val="464547"/>
      <w:w w:val="105"/>
      <w:kern w:val="2"/>
      <w:sz w:val="18"/>
      <w:szCs w:val="24"/>
      <w14:ligatures w14:val="standardContextu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816275"/>
    <w:pPr>
      <w:spacing w:before="240"/>
      <w:ind w:hanging="144"/>
    </w:pPr>
    <w:rPr>
      <w:rFonts w:cs="Times New Roman (Body CS)"/>
      <w:b/>
      <w:iCs/>
      <w:color w:val="404040" w:themeColor="text1" w:themeTint="BF"/>
      <w:sz w:val="40"/>
    </w:rPr>
  </w:style>
  <w:style w:type="character" w:styleId="QuoteChar" w:customStyle="1">
    <w:name w:val="Quote Char"/>
    <w:basedOn w:val="DefaultParagraphFont"/>
    <w:link w:val="Quote"/>
    <w:uiPriority w:val="29"/>
    <w:rsid w:val="00816275"/>
    <w:rPr>
      <w:rFonts w:ascii="Buckeye Serif 2" w:hAnsi="Buckeye Serif 2" w:cs="Times New Roman (Body CS)" w:eastAsiaTheme="minorHAnsi"/>
      <w:b/>
      <w:iCs/>
      <w:color w:val="404040" w:themeColor="text1" w:themeTint="BF"/>
      <w:kern w:val="2"/>
      <w:sz w:val="40"/>
      <w:szCs w:val="24"/>
      <w14:ligatures w14:val="standardContextual"/>
    </w:rPr>
  </w:style>
  <w:style w:type="character" w:styleId="Heading4Char" w:customStyle="1">
    <w:name w:val="Heading 4 Char"/>
    <w:basedOn w:val="DefaultParagraphFont"/>
    <w:link w:val="Heading4"/>
    <w:uiPriority w:val="9"/>
    <w:rsid w:val="00816275"/>
    <w:rPr>
      <w:rFonts w:ascii="Buckeye Sans 2 ExtraBold" w:hAnsi="Buckeye Sans 2 ExtraBold" w:eastAsiaTheme="majorEastAsia" w:cstheme="majorBidi"/>
      <w:b/>
      <w:bCs/>
      <w:color w:val="464547"/>
      <w:kern w:val="2"/>
      <w14:ligatures w14:val="standardContextual"/>
    </w:rPr>
  </w:style>
  <w:style w:type="character" w:styleId="Heading5Char" w:customStyle="1">
    <w:name w:val="Heading 5 Char"/>
    <w:basedOn w:val="DefaultParagraphFont"/>
    <w:link w:val="Heading5"/>
    <w:uiPriority w:val="9"/>
    <w:rsid w:val="00816275"/>
    <w:rPr>
      <w:rFonts w:ascii="Buckeye Sans 2 ExtraBold" w:hAnsi="Buckeye Sans 2 ExtraBold" w:eastAsiaTheme="majorEastAsia" w:cstheme="majorBidi"/>
      <w:b/>
      <w:bCs/>
      <w:color w:val="464547"/>
      <w:kern w:val="2"/>
      <w14:ligatures w14:val="standardContextual"/>
    </w:rPr>
  </w:style>
  <w:style w:type="character" w:styleId="Heading6Char" w:customStyle="1">
    <w:name w:val="Heading 6 Char"/>
    <w:basedOn w:val="DefaultParagraphFont"/>
    <w:link w:val="Heading6"/>
    <w:uiPriority w:val="9"/>
    <w:rsid w:val="00816275"/>
    <w:rPr>
      <w:rFonts w:ascii="Buckeye Sans 2 ExtraBold" w:hAnsi="Buckeye Sans 2 ExtraBold" w:eastAsiaTheme="majorEastAsia" w:cstheme="majorBidi"/>
      <w:b/>
      <w:bCs/>
      <w:color w:val="464547"/>
      <w:kern w:val="2"/>
      <w14:ligatures w14:val="standardContextual"/>
    </w:rPr>
  </w:style>
  <w:style w:type="character" w:styleId="Heading7Char" w:customStyle="1">
    <w:name w:val="Heading 7 Char"/>
    <w:basedOn w:val="DefaultParagraphFont"/>
    <w:link w:val="Heading7"/>
    <w:uiPriority w:val="9"/>
    <w:rsid w:val="00816275"/>
    <w:rPr>
      <w:rFonts w:ascii="Buckeye Sans 2 ExtraBold" w:hAnsi="Buckeye Sans 2 ExtraBold" w:eastAsiaTheme="majorEastAsia" w:cstheme="majorBidi"/>
      <w:b/>
      <w:bCs/>
      <w:color w:val="464547"/>
      <w:kern w:val="2"/>
      <w14:ligatures w14:val="standardContextual"/>
    </w:rPr>
  </w:style>
  <w:style w:type="character" w:styleId="Heading8Char" w:customStyle="1">
    <w:name w:val="Heading 8 Char"/>
    <w:basedOn w:val="DefaultParagraphFont"/>
    <w:link w:val="Heading8"/>
    <w:uiPriority w:val="9"/>
    <w:rsid w:val="00816275"/>
    <w:rPr>
      <w:rFonts w:ascii="Buckeye Sans 2 ExtraBold" w:hAnsi="Buckeye Sans 2 ExtraBold" w:eastAsiaTheme="majorEastAsia" w:cstheme="majorBidi"/>
      <w:b/>
      <w:bCs/>
      <w:color w:val="464547"/>
      <w:kern w:val="2"/>
      <w14:ligatures w14:val="standardContextual"/>
    </w:rPr>
  </w:style>
  <w:style w:type="character" w:styleId="Heading9Char" w:customStyle="1">
    <w:name w:val="Heading 9 Char"/>
    <w:basedOn w:val="DefaultParagraphFont"/>
    <w:link w:val="Heading9"/>
    <w:uiPriority w:val="9"/>
    <w:rsid w:val="00816275"/>
    <w:rPr>
      <w:rFonts w:ascii="Buckeye Sans 2 ExtraBold" w:hAnsi="Buckeye Sans 2 ExtraBold" w:eastAsiaTheme="majorEastAsia" w:cstheme="majorBidi"/>
      <w:b/>
      <w:bCs/>
      <w:color w:val="464547"/>
      <w:kern w:val="2"/>
      <w14:ligatures w14:val="standardContextual"/>
    </w:rPr>
  </w:style>
  <w:style w:type="paragraph" w:styleId="Caption">
    <w:name w:val="caption"/>
    <w:basedOn w:val="Normal"/>
    <w:next w:val="Normal"/>
    <w:uiPriority w:val="35"/>
    <w:unhideWhenUsed/>
    <w:qFormat/>
    <w:rsid w:val="00816275"/>
    <w:pPr>
      <w:widowControl w:val="0"/>
      <w:tabs>
        <w:tab w:val="left" w:pos="8189"/>
      </w:tabs>
      <w:autoSpaceDE w:val="0"/>
      <w:autoSpaceDN w:val="0"/>
      <w:spacing w:before="120" w:line="230" w:lineRule="auto"/>
    </w:pPr>
    <w:rPr>
      <w:rFonts w:ascii="Buckeye Sans 2" w:hAnsi="Buckeye Sans 2" w:eastAsia="Buckeye Sans 2" w:cs="Buckeye Sans 2"/>
      <w:w w:val="105"/>
      <w:kern w:val="0"/>
      <w:sz w:val="16"/>
      <w:szCs w:val="16"/>
      <w14:ligatures w14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275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16275"/>
    <w:rPr>
      <w:rFonts w:ascii="Buckeye Serif 2" w:hAnsi="Buckeye Serif 2" w:eastAsiaTheme="minorHAns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816275"/>
    <w:rPr>
      <w:rFonts w:ascii="Buckeye Serif 2" w:hAnsi="Buckeye Serif 2"/>
      <w:b/>
      <w:bCs/>
      <w:i w:val="0"/>
      <w:smallCaps/>
      <w:color w:val="365F91" w:themeColor="accent1" w:themeShade="BF"/>
      <w:spacing w:val="5"/>
      <w:sz w:val="22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igPhrase" w:customStyle="1">
    <w:name w:val="Big Phrase"/>
    <w:basedOn w:val="Normal"/>
    <w:qFormat/>
    <w:rsid w:val="00816275"/>
    <w:pPr>
      <w:spacing w:before="240" w:after="240"/>
      <w:jc w:val="center"/>
    </w:pPr>
    <w:rPr>
      <w:rFonts w:ascii="Buckeye Serif 2 Black" w:hAnsi="Buckeye Serif 2 Black" w:cs="Times New Roman (Body CS)"/>
      <w:b/>
      <w:color w:val="BA0C2F"/>
      <w:sz w:val="64"/>
    </w:rPr>
  </w:style>
  <w:style w:type="paragraph" w:styleId="DescriptionorAttribution" w:customStyle="1">
    <w:name w:val="Description or Attribution"/>
    <w:basedOn w:val="BodyText"/>
    <w:qFormat/>
    <w:rsid w:val="00816275"/>
    <w:pPr>
      <w:spacing w:after="360"/>
      <w:ind w:right="115"/>
    </w:pPr>
    <w:rPr>
      <w:rFonts w:ascii="Buckeye Sans 2 SemiBold" w:hAnsi="Buckeye Sans 2 SemiBold"/>
      <w:b/>
      <w:kern w:val="0"/>
      <w:sz w:val="20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16275"/>
    <w:rPr>
      <w:rFonts w:ascii="Buckeye Serif 2" w:hAnsi="Buckeye Serif 2"/>
      <w:b/>
      <w:i w:val="0"/>
      <w:color w:val="70071C"/>
      <w:sz w:val="22"/>
      <w:u w:val="single"/>
    </w:rPr>
  </w:style>
  <w:style w:type="character" w:styleId="FooterHighlight" w:customStyle="1">
    <w:name w:val="Footer Highlight"/>
    <w:uiPriority w:val="99"/>
    <w:rsid w:val="00816275"/>
    <w:rPr>
      <w:color w:val="BA0C2F"/>
    </w:rPr>
  </w:style>
  <w:style w:type="character" w:styleId="Hyperlink">
    <w:name w:val="Hyperlink"/>
    <w:basedOn w:val="DefaultParagraphFont"/>
    <w:uiPriority w:val="99"/>
    <w:unhideWhenUsed/>
    <w:rsid w:val="00816275"/>
    <w:rPr>
      <w:rFonts w:ascii="Buckeye Serif 2" w:hAnsi="Buckeye Serif 2"/>
      <w:b/>
      <w:i w:val="0"/>
      <w:color w:val="BA0C2F"/>
      <w:sz w:val="22"/>
      <w:u w:val="single"/>
    </w:rPr>
  </w:style>
  <w:style w:type="paragraph" w:styleId="LABELorKICKER" w:customStyle="1">
    <w:name w:val="LABEL or KICKER"/>
    <w:basedOn w:val="Normal"/>
    <w:qFormat/>
    <w:rsid w:val="00816275"/>
    <w:pPr>
      <w:spacing w:after="360"/>
    </w:pPr>
    <w:rPr>
      <w:rFonts w:ascii="Buckeye Sans 2 Black" w:hAnsi="Buckeye Sans 2 Black" w:cs="Times New Roman (Body CS)"/>
      <w:b/>
      <w:caps/>
      <w:color w:val="BA0C2F"/>
      <w:sz w:val="20"/>
    </w:rPr>
  </w:style>
  <w:style w:type="paragraph" w:styleId="NameofSource" w:customStyle="1">
    <w:name w:val="Name of Source"/>
    <w:basedOn w:val="Normal"/>
    <w:qFormat/>
    <w:rsid w:val="00816275"/>
    <w:pPr>
      <w:spacing w:before="240"/>
    </w:pPr>
    <w:rPr>
      <w:rFonts w:ascii="Buckeye Sans 2 ExtraBold" w:hAnsi="Buckeye Sans 2 ExtraBold"/>
      <w:b/>
      <w:sz w:val="20"/>
    </w:rPr>
  </w:style>
  <w:style w:type="paragraph" w:styleId="ParagraphCopyOhioStateBrandParagraphStylesCMYK" w:customStyle="1">
    <w:name w:val="Paragraph Copy (Ohio State Brand Paragraph Styles CMYK)"/>
    <w:basedOn w:val="Normal"/>
    <w:uiPriority w:val="99"/>
    <w:rsid w:val="00816275"/>
    <w:pPr>
      <w:suppressAutoHyphens/>
      <w:autoSpaceDE w:val="0"/>
      <w:autoSpaceDN w:val="0"/>
      <w:adjustRightInd w:val="0"/>
      <w:spacing w:after="90" w:line="300" w:lineRule="atLeast"/>
      <w:textAlignment w:val="center"/>
    </w:pPr>
    <w:rPr>
      <w:rFonts w:cs="Buckeye Serif 2"/>
      <w:color w:val="000000"/>
      <w:kern w:val="0"/>
      <w:sz w:val="22"/>
      <w:szCs w:val="22"/>
    </w:rPr>
  </w:style>
  <w:style w:type="paragraph" w:styleId="ParagraphLead-In" w:customStyle="1">
    <w:name w:val="Paragraph Lead-In"/>
    <w:basedOn w:val="BodyText"/>
    <w:qFormat/>
    <w:rsid w:val="00816275"/>
    <w:rPr>
      <w:rFonts w:ascii="Buckeye Sans 2 Black" w:hAnsi="Buckeye Sans 2 Black"/>
      <w:b/>
      <w:bCs/>
      <w:caps/>
      <w:sz w:val="18"/>
      <w:szCs w:val="18"/>
    </w:rPr>
  </w:style>
  <w:style w:type="paragraph" w:styleId="StatFact" w:customStyle="1">
    <w:name w:val="Stat / Fact"/>
    <w:qFormat/>
    <w:rsid w:val="00816275"/>
    <w:pPr>
      <w:widowControl w:val="0"/>
      <w:autoSpaceDE w:val="0"/>
      <w:autoSpaceDN w:val="0"/>
      <w:spacing w:after="0" w:line="240" w:lineRule="auto"/>
      <w:jc w:val="center"/>
    </w:pPr>
    <w:rPr>
      <w:rFonts w:ascii="Buckeye Serif 2 Black" w:hAnsi="Buckeye Sans 2" w:eastAsia="Buckeye Sans 2" w:cs="Buckeye Sans 2"/>
      <w:b/>
      <w:color w:val="BA0C2F"/>
      <w:sz w:val="56"/>
    </w:rPr>
  </w:style>
  <w:style w:type="paragraph" w:styleId="Subhead" w:customStyle="1">
    <w:name w:val="Subhead"/>
    <w:basedOn w:val="Normal"/>
    <w:qFormat/>
    <w:rsid w:val="00816275"/>
    <w:pPr>
      <w:spacing w:after="600"/>
    </w:pPr>
    <w:rPr>
      <w:rFonts w:ascii="Buckeye Sans 2 SemiBold" w:hAnsi="Buckeye Sans 2 SemiBold"/>
      <w:b/>
      <w:sz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816275"/>
    <w:rPr>
      <w:rFonts w:ascii="Buckeye Serif 2" w:hAnsi="Buckeye Serif 2"/>
      <w:b w:val="0"/>
      <w:i w:val="0"/>
      <w:color w:val="605E5C"/>
      <w:sz w:val="22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8c44b7-8373-451f-836e-2beeec1704e0" xsi:nil="true"/>
    <lcf76f155ced4ddcb4097134ff3c332f xmlns="7bd532b3-53c2-47db-a10a-4e8d82d76c6f">
      <Terms xmlns="http://schemas.microsoft.com/office/infopath/2007/PartnerControls"/>
    </lcf76f155ced4ddcb4097134ff3c332f>
    <Link xmlns="7bd532b3-53c2-47db-a10a-4e8d82d76c6f">
      <Url xsi:nil="true"/>
      <Description xsi:nil="true"/>
    </Link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CD949663AD84FB01C77AB0EE3AAB3" ma:contentTypeVersion="19" ma:contentTypeDescription="Create a new document." ma:contentTypeScope="" ma:versionID="389275ad3b98fc2558f8edde45c03543">
  <xsd:schema xmlns:xsd="http://www.w3.org/2001/XMLSchema" xmlns:xs="http://www.w3.org/2001/XMLSchema" xmlns:p="http://schemas.microsoft.com/office/2006/metadata/properties" xmlns:ns2="7bd532b3-53c2-47db-a10a-4e8d82d76c6f" xmlns:ns3="3e8c44b7-8373-451f-836e-2beeec1704e0" targetNamespace="http://schemas.microsoft.com/office/2006/metadata/properties" ma:root="true" ma:fieldsID="366388a8768c9da91f53cce73f13ebdd" ns2:_="" ns3:_="">
    <xsd:import namespace="7bd532b3-53c2-47db-a10a-4e8d82d76c6f"/>
    <xsd:import namespace="3e8c44b7-8373-451f-836e-2beeec170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d532b3-53c2-47db-a10a-4e8d82d76c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26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c44b7-8373-451f-836e-2beeec1704e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29c1e6e-00ae-4ecb-873a-604a5c3660e1}" ma:internalName="TaxCatchAll" ma:showField="CatchAllData" ma:web="3e8c44b7-8373-451f-836e-2beeec170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358F36-B039-4944-9D08-84FEADD494C9}">
  <ds:schemaRefs>
    <ds:schemaRef ds:uri="http://schemas.microsoft.com/office/2006/metadata/properties"/>
    <ds:schemaRef ds:uri="http://schemas.microsoft.com/office/infopath/2007/PartnerControls"/>
    <ds:schemaRef ds:uri="4b0c29f1-f650-4bb3-b53d-0eaf0ccbd658"/>
    <ds:schemaRef ds:uri="9fd6ed30-43ab-45ad-ab96-5a08bc67741c"/>
  </ds:schemaRefs>
</ds:datastoreItem>
</file>

<file path=customXml/itemProps2.xml><?xml version="1.0" encoding="utf-8"?>
<ds:datastoreItem xmlns:ds="http://schemas.openxmlformats.org/officeDocument/2006/customXml" ds:itemID="{6E8C57F1-8CC5-474A-ADB0-5FC4EEB313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5E9648-2227-4B0C-B4DE-2028157230B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Fluency Innovation Microfunds Application Cover Sheet</dc:title>
  <dc:subject/>
  <dc:creator>Nagel, Steven</dc:creator>
  <cp:keywords/>
  <dc:description>generated by python-docx</dc:description>
  <cp:lastModifiedBy>Flierl, Michael</cp:lastModifiedBy>
  <cp:revision>17</cp:revision>
  <dcterms:created xsi:type="dcterms:W3CDTF">2026-09-04T14:31:00Z</dcterms:created>
  <dcterms:modified xsi:type="dcterms:W3CDTF">2026-09-24T12:49:30Z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0x010100CB3CD949663AD84FB01C77AB0EE3AAB3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